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5D1FF" w14:textId="77777777" w:rsidR="00AA0EBF" w:rsidRPr="00FC787E" w:rsidRDefault="00EA22A8">
      <w:pPr>
        <w:spacing w:after="200"/>
        <w:jc w:val="center"/>
      </w:pPr>
      <w:r w:rsidRPr="00FC787E">
        <w:rPr>
          <w:b/>
          <w:sz w:val="22"/>
        </w:rPr>
        <w:t>Milepælsoversigt</w:t>
      </w:r>
    </w:p>
    <w:p w14:paraId="141331E1" w14:textId="77777777" w:rsidR="00FC787E" w:rsidRDefault="00EA22A8">
      <w:pPr>
        <w:spacing w:after="240"/>
      </w:pPr>
      <w:r w:rsidRPr="00FC787E">
        <w:t xml:space="preserve">Milepælsoversigten skal samlet redegøre for projektets formål og væsentligste milepæle. Oversigten danner udgangspunkt for senere faglig afrapportering, hvor projektets gennemførte aktiviteter præsenteres. </w:t>
      </w:r>
    </w:p>
    <w:p w14:paraId="299613A8" w14:textId="25CF12DB" w:rsidR="00AA0EBF" w:rsidRPr="00FC787E" w:rsidRDefault="00EA22A8">
      <w:pPr>
        <w:spacing w:after="240"/>
      </w:pPr>
      <w:r w:rsidRPr="00FC787E">
        <w:t>Der kan tilføjes flere milepæle efter projektets behov.</w:t>
      </w:r>
    </w:p>
    <w:p w14:paraId="7D7CDCC8" w14:textId="77777777" w:rsidR="00AA0EBF" w:rsidRPr="00FC787E" w:rsidRDefault="00EA22A8">
      <w:pPr>
        <w:spacing w:before="200"/>
      </w:pPr>
      <w:r w:rsidRPr="00FC787E">
        <w:rPr>
          <w:b/>
          <w:sz w:val="22"/>
        </w:rPr>
        <w:t>1. Oplysninger om projektet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ayout w:type="fixed"/>
        <w:tblLook w:val="04A0" w:firstRow="1" w:lastRow="0" w:firstColumn="1" w:lastColumn="0" w:noHBand="0" w:noVBand="1"/>
      </w:tblPr>
      <w:tblGrid>
        <w:gridCol w:w="2494"/>
        <w:gridCol w:w="6690"/>
      </w:tblGrid>
      <w:tr w:rsidR="00AA0EBF" w:rsidRPr="00FC787E" w14:paraId="764F6A77" w14:textId="77777777">
        <w:trPr>
          <w:jc w:val="center"/>
        </w:trPr>
        <w:tc>
          <w:tcPr>
            <w:tcW w:w="2494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A2EF32C" w14:textId="77777777" w:rsidR="00AA0EBF" w:rsidRPr="00FC787E" w:rsidRDefault="00EA22A8">
            <w:pPr>
              <w:spacing w:after="0"/>
            </w:pPr>
            <w:r w:rsidRPr="00FC787E">
              <w:rPr>
                <w:b/>
              </w:rPr>
              <w:t>Projektets titel</w:t>
            </w:r>
          </w:p>
        </w:tc>
        <w:tc>
          <w:tcPr>
            <w:tcW w:w="6690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sdt>
            <w:sdtPr>
              <w:rPr>
                <w:i/>
                <w:color w:val="595959"/>
              </w:rPr>
              <w:id w:val="1254097319"/>
              <w:placeholder>
                <w:docPart w:val="DefaultPlaceholder_-1854013440"/>
              </w:placeholder>
              <w:text/>
            </w:sdtPr>
            <w:sdtContent>
              <w:p w14:paraId="3633A50B" w14:textId="1EA04905" w:rsidR="00AA0EBF" w:rsidRPr="00FC787E" w:rsidRDefault="00EA22A8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[Indsæt projektets titel.]</w:t>
                </w:r>
              </w:p>
            </w:sdtContent>
          </w:sdt>
        </w:tc>
      </w:tr>
      <w:tr w:rsidR="00AA0EBF" w:rsidRPr="00FC787E" w14:paraId="25EFDE6B" w14:textId="77777777">
        <w:trPr>
          <w:jc w:val="center"/>
        </w:trPr>
        <w:tc>
          <w:tcPr>
            <w:tcW w:w="2494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FB43E68" w14:textId="77777777" w:rsidR="00AA0EBF" w:rsidRPr="00FC787E" w:rsidRDefault="00EA22A8">
            <w:pPr>
              <w:spacing w:after="0"/>
            </w:pPr>
            <w:r w:rsidRPr="00FC787E">
              <w:rPr>
                <w:b/>
              </w:rPr>
              <w:t>Sagsnummer</w:t>
            </w:r>
          </w:p>
        </w:tc>
        <w:tc>
          <w:tcPr>
            <w:tcW w:w="6690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sdt>
            <w:sdtPr>
              <w:rPr>
                <w:i/>
                <w:color w:val="595959"/>
              </w:rPr>
              <w:id w:val="-1198304514"/>
              <w:placeholder>
                <w:docPart w:val="DefaultPlaceholder_-1854013440"/>
              </w:placeholder>
              <w:text/>
            </w:sdtPr>
            <w:sdtContent>
              <w:p w14:paraId="20CAFA45" w14:textId="48E6E0C9" w:rsidR="00AA0EBF" w:rsidRPr="00FC787E" w:rsidRDefault="00EA22A8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[Indsæt projektets sagsnummer.]</w:t>
                </w:r>
              </w:p>
            </w:sdtContent>
          </w:sdt>
        </w:tc>
      </w:tr>
      <w:tr w:rsidR="00AA0EBF" w:rsidRPr="00FC787E" w14:paraId="152DF789" w14:textId="77777777">
        <w:trPr>
          <w:jc w:val="center"/>
        </w:trPr>
        <w:tc>
          <w:tcPr>
            <w:tcW w:w="2494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E346EEE" w14:textId="77777777" w:rsidR="00AA0EBF" w:rsidRPr="00FC787E" w:rsidRDefault="00EA22A8">
            <w:pPr>
              <w:spacing w:after="0"/>
            </w:pPr>
            <w:r w:rsidRPr="00FC787E">
              <w:rPr>
                <w:b/>
              </w:rPr>
              <w:t>Bevillingshaver/administrator</w:t>
            </w:r>
          </w:p>
        </w:tc>
        <w:tc>
          <w:tcPr>
            <w:tcW w:w="6690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sdt>
            <w:sdtPr>
              <w:rPr>
                <w:i/>
                <w:color w:val="595959"/>
              </w:rPr>
              <w:id w:val="76027217"/>
              <w:placeholder>
                <w:docPart w:val="DefaultPlaceholder_-1854013440"/>
              </w:placeholder>
              <w:text/>
            </w:sdtPr>
            <w:sdtContent>
              <w:p w14:paraId="3C90AC47" w14:textId="43DFF844" w:rsidR="00AA0EBF" w:rsidRPr="00FC787E" w:rsidRDefault="00EA22A8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[Indsæt navn på kommune eller region.]</w:t>
                </w:r>
              </w:p>
            </w:sdtContent>
          </w:sdt>
        </w:tc>
      </w:tr>
      <w:tr w:rsidR="00AA0EBF" w:rsidRPr="00FC787E" w14:paraId="2746E617" w14:textId="77777777">
        <w:trPr>
          <w:jc w:val="center"/>
        </w:trPr>
        <w:tc>
          <w:tcPr>
            <w:tcW w:w="2494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F7E1126" w14:textId="77777777" w:rsidR="00AA0EBF" w:rsidRPr="00FC787E" w:rsidRDefault="00EA22A8">
            <w:pPr>
              <w:spacing w:after="0"/>
            </w:pPr>
            <w:r w:rsidRPr="00FC787E">
              <w:rPr>
                <w:b/>
              </w:rPr>
              <w:t>Samarbejdspartnere</w:t>
            </w:r>
          </w:p>
        </w:tc>
        <w:tc>
          <w:tcPr>
            <w:tcW w:w="6690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sdt>
            <w:sdtPr>
              <w:rPr>
                <w:i/>
                <w:color w:val="595959"/>
              </w:rPr>
              <w:id w:val="-835757900"/>
              <w:placeholder>
                <w:docPart w:val="DefaultPlaceholder_-1854013440"/>
              </w:placeholder>
              <w:text/>
            </w:sdtPr>
            <w:sdtContent>
              <w:p w14:paraId="42649221" w14:textId="49E81271" w:rsidR="00AA0EBF" w:rsidRPr="00FC787E" w:rsidRDefault="00EA22A8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[Indsæt navn på professionshøjskole, øvrige uddannelsesinstitutioner og eventuelle andre samarbejdspartnere.]</w:t>
                </w:r>
              </w:p>
            </w:sdtContent>
          </w:sdt>
        </w:tc>
      </w:tr>
      <w:tr w:rsidR="00AA0EBF" w:rsidRPr="00FC787E" w14:paraId="6B0904BD" w14:textId="77777777">
        <w:trPr>
          <w:jc w:val="center"/>
        </w:trPr>
        <w:tc>
          <w:tcPr>
            <w:tcW w:w="2494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5F5BB9F" w14:textId="77777777" w:rsidR="00AA0EBF" w:rsidRPr="00FC787E" w:rsidRDefault="00EA22A8">
            <w:pPr>
              <w:spacing w:after="0"/>
            </w:pPr>
            <w:r w:rsidRPr="00FC787E">
              <w:rPr>
                <w:b/>
              </w:rPr>
              <w:t>Projektleder</w:t>
            </w:r>
          </w:p>
        </w:tc>
        <w:tc>
          <w:tcPr>
            <w:tcW w:w="6690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sdt>
            <w:sdtPr>
              <w:rPr>
                <w:i/>
                <w:color w:val="595959"/>
              </w:rPr>
              <w:id w:val="1701666496"/>
              <w:placeholder>
                <w:docPart w:val="DefaultPlaceholder_-1854013440"/>
              </w:placeholder>
              <w:text/>
            </w:sdtPr>
            <w:sdtContent>
              <w:p w14:paraId="1F2BB69A" w14:textId="28D29BFD" w:rsidR="00AA0EBF" w:rsidRPr="00FC787E" w:rsidRDefault="00EA22A8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[Indsæt navn, titel, institution og kontaktoplysninger.]</w:t>
                </w:r>
              </w:p>
            </w:sdtContent>
          </w:sdt>
        </w:tc>
      </w:tr>
      <w:tr w:rsidR="00AA0EBF" w:rsidRPr="00FC787E" w14:paraId="6B350B77" w14:textId="77777777">
        <w:trPr>
          <w:jc w:val="center"/>
        </w:trPr>
        <w:tc>
          <w:tcPr>
            <w:tcW w:w="2494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407BBD9" w14:textId="77777777" w:rsidR="00AA0EBF" w:rsidRPr="00FC787E" w:rsidRDefault="00EA22A8">
            <w:pPr>
              <w:spacing w:after="0"/>
            </w:pPr>
            <w:r w:rsidRPr="00FC787E">
              <w:rPr>
                <w:b/>
              </w:rPr>
              <w:t>Projektperiode</w:t>
            </w:r>
          </w:p>
        </w:tc>
        <w:tc>
          <w:tcPr>
            <w:tcW w:w="6690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sdt>
            <w:sdtPr>
              <w:rPr>
                <w:i/>
                <w:color w:val="595959"/>
              </w:rPr>
              <w:id w:val="-314343141"/>
              <w:placeholder>
                <w:docPart w:val="DefaultPlaceholder_-1854013440"/>
              </w:placeholder>
              <w:text/>
            </w:sdtPr>
            <w:sdtContent>
              <w:p w14:paraId="47BE50F8" w14:textId="1CE41FBB" w:rsidR="00AA0EBF" w:rsidRPr="00FC787E" w:rsidRDefault="00EA22A8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[Indsæt projektets start- og slutdato.]</w:t>
                </w:r>
              </w:p>
            </w:sdtContent>
          </w:sdt>
        </w:tc>
      </w:tr>
      <w:tr w:rsidR="00AA0EBF" w:rsidRPr="00FC787E" w14:paraId="1319D04E" w14:textId="77777777">
        <w:trPr>
          <w:jc w:val="center"/>
        </w:trPr>
        <w:tc>
          <w:tcPr>
            <w:tcW w:w="2494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D05B81C" w14:textId="77777777" w:rsidR="00AA0EBF" w:rsidRPr="00FC787E" w:rsidRDefault="00EA22A8">
            <w:pPr>
              <w:spacing w:after="0"/>
            </w:pPr>
            <w:r w:rsidRPr="00FC787E">
              <w:rPr>
                <w:b/>
              </w:rPr>
              <w:t>Dato for udfyldelse</w:t>
            </w:r>
          </w:p>
        </w:tc>
        <w:tc>
          <w:tcPr>
            <w:tcW w:w="6690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sdt>
            <w:sdtPr>
              <w:rPr>
                <w:i/>
                <w:color w:val="595959"/>
              </w:rPr>
              <w:id w:val="-21712182"/>
              <w:placeholder>
                <w:docPart w:val="DefaultPlaceholder_-1854013437"/>
              </w:placeholder>
              <w:date>
                <w:dateFormat w:val="dd-MM-yyyy"/>
                <w:lid w:val="da-DK"/>
                <w:storeMappedDataAs w:val="dateTime"/>
                <w:calendar w:val="gregorian"/>
              </w:date>
            </w:sdtPr>
            <w:sdtContent>
              <w:p w14:paraId="0F74E8F6" w14:textId="08AD6726" w:rsidR="00AA0EBF" w:rsidRPr="00FC787E" w:rsidRDefault="00EA22A8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[Indsæt dato.]</w:t>
                </w:r>
              </w:p>
            </w:sdtContent>
          </w:sdt>
        </w:tc>
      </w:tr>
    </w:tbl>
    <w:p w14:paraId="6058F6E2" w14:textId="77777777" w:rsidR="00AA0EBF" w:rsidRPr="00FC787E" w:rsidRDefault="00EA22A8">
      <w:pPr>
        <w:spacing w:before="200"/>
      </w:pPr>
      <w:r w:rsidRPr="00FC787E">
        <w:rPr>
          <w:b/>
          <w:sz w:val="22"/>
        </w:rPr>
        <w:t>2. Projektets overordnede formål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AA0EBF" w:rsidRPr="00FC787E" w14:paraId="7BFE9DE3" w14:textId="77777777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-527717582"/>
              <w:placeholder>
                <w:docPart w:val="DefaultPlaceholder_-1854013440"/>
              </w:placeholder>
              <w:text/>
            </w:sdtPr>
            <w:sdtContent>
              <w:p w14:paraId="50041EEE" w14:textId="2A5A9657" w:rsidR="00AA0EBF" w:rsidRPr="00FC787E" w:rsidRDefault="00EA22A8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[Beskriv kort projektets overordnede formål og den forandring, som projektet forventes at bidrage til.]</w:t>
                </w:r>
              </w:p>
            </w:sdtContent>
          </w:sdt>
          <w:p w14:paraId="492380B4" w14:textId="77777777" w:rsidR="00AA0EBF" w:rsidRPr="00FC787E" w:rsidRDefault="00AA0EBF">
            <w:pPr>
              <w:spacing w:after="0"/>
            </w:pPr>
          </w:p>
          <w:p w14:paraId="720D56F9" w14:textId="77777777" w:rsidR="00AA0EBF" w:rsidRPr="00FC787E" w:rsidRDefault="00AA0EBF">
            <w:pPr>
              <w:spacing w:after="0"/>
            </w:pPr>
          </w:p>
          <w:p w14:paraId="04CE89A5" w14:textId="77777777" w:rsidR="00AA0EBF" w:rsidRPr="00FC787E" w:rsidRDefault="00AA0EBF">
            <w:pPr>
              <w:spacing w:after="0"/>
            </w:pPr>
          </w:p>
          <w:p w14:paraId="028323BC" w14:textId="77777777" w:rsidR="00AA0EBF" w:rsidRPr="00FC787E" w:rsidRDefault="00AA0EBF">
            <w:pPr>
              <w:spacing w:after="0"/>
            </w:pPr>
          </w:p>
        </w:tc>
      </w:tr>
    </w:tbl>
    <w:p w14:paraId="71FC0F51" w14:textId="77777777" w:rsidR="00AA0EBF" w:rsidRPr="00FC787E" w:rsidRDefault="00EA22A8">
      <w:pPr>
        <w:spacing w:before="200"/>
      </w:pPr>
      <w:r w:rsidRPr="00FC787E">
        <w:rPr>
          <w:b/>
          <w:sz w:val="22"/>
        </w:rPr>
        <w:t>3. Forventede hovedresultater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AA0EBF" w:rsidRPr="00FC787E" w14:paraId="14DE6721" w14:textId="77777777">
        <w:trPr>
          <w:jc w:val="center"/>
        </w:trPr>
        <w:tc>
          <w:tcPr>
            <w:tcW w:w="9298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1203288795"/>
              <w:placeholder>
                <w:docPart w:val="DefaultPlaceholder_-1854013440"/>
              </w:placeholder>
              <w:text/>
            </w:sdtPr>
            <w:sdtContent>
              <w:p w14:paraId="6DE47EF3" w14:textId="795097CD" w:rsidR="00AA0EBF" w:rsidRPr="00FC787E" w:rsidRDefault="00EA22A8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[Beskriv de væsentligste faglige og organisatoriske resultater, som projektet forventes at have opnået ved projektets afslutning.]</w:t>
                </w:r>
              </w:p>
            </w:sdtContent>
          </w:sdt>
          <w:p w14:paraId="71E71919" w14:textId="77777777" w:rsidR="00AA0EBF" w:rsidRPr="00FC787E" w:rsidRDefault="00AA0EBF">
            <w:pPr>
              <w:spacing w:after="0"/>
            </w:pPr>
          </w:p>
          <w:p w14:paraId="49BAD8C8" w14:textId="0DC61F9D" w:rsidR="00AA0EBF" w:rsidRPr="00FC787E" w:rsidRDefault="00EA22A8">
            <w:pPr>
              <w:spacing w:after="0"/>
            </w:pPr>
            <w:r w:rsidRPr="00FC787E">
              <w:rPr>
                <w:i/>
                <w:color w:val="595959"/>
              </w:rPr>
              <w:t xml:space="preserve">1. </w:t>
            </w:r>
            <w:sdt>
              <w:sdtPr>
                <w:rPr>
                  <w:i/>
                  <w:color w:val="595959"/>
                </w:rPr>
                <w:id w:val="158278224"/>
                <w:placeholder>
                  <w:docPart w:val="DefaultPlaceholder_-1854013440"/>
                </w:placeholder>
                <w:text/>
              </w:sdtPr>
              <w:sdtContent>
                <w:r w:rsidRPr="00FC787E">
                  <w:rPr>
                    <w:i/>
                    <w:color w:val="595959"/>
                  </w:rPr>
                  <w:t>[Indsæt forventet hovedresultat.]</w:t>
                </w:r>
              </w:sdtContent>
            </w:sdt>
          </w:p>
          <w:p w14:paraId="201B3E82" w14:textId="1A9CAA0E" w:rsidR="00AA0EBF" w:rsidRPr="00FC787E" w:rsidRDefault="00EA22A8">
            <w:pPr>
              <w:spacing w:after="0"/>
            </w:pPr>
            <w:r w:rsidRPr="00FC787E">
              <w:rPr>
                <w:i/>
                <w:color w:val="595959"/>
              </w:rPr>
              <w:t xml:space="preserve">2. </w:t>
            </w:r>
            <w:sdt>
              <w:sdtPr>
                <w:rPr>
                  <w:i/>
                  <w:color w:val="595959"/>
                </w:rPr>
                <w:id w:val="241767273"/>
                <w:placeholder>
                  <w:docPart w:val="DefaultPlaceholder_-1854013440"/>
                </w:placeholder>
                <w:text/>
              </w:sdtPr>
              <w:sdtContent>
                <w:r w:rsidRPr="00FC787E">
                  <w:rPr>
                    <w:i/>
                    <w:color w:val="595959"/>
                  </w:rPr>
                  <w:t>[Indsæt forventet hovedresultat.]</w:t>
                </w:r>
              </w:sdtContent>
            </w:sdt>
          </w:p>
          <w:p w14:paraId="5039D080" w14:textId="319771DA" w:rsidR="00AA0EBF" w:rsidRPr="00FC787E" w:rsidRDefault="00EA22A8">
            <w:pPr>
              <w:spacing w:after="0"/>
            </w:pPr>
            <w:r w:rsidRPr="00FC787E">
              <w:rPr>
                <w:i/>
                <w:color w:val="595959"/>
              </w:rPr>
              <w:t xml:space="preserve">3. </w:t>
            </w:r>
            <w:sdt>
              <w:sdtPr>
                <w:rPr>
                  <w:i/>
                  <w:color w:val="595959"/>
                </w:rPr>
                <w:id w:val="871272770"/>
                <w:placeholder>
                  <w:docPart w:val="DefaultPlaceholder_-1854013440"/>
                </w:placeholder>
                <w:text/>
              </w:sdtPr>
              <w:sdtContent>
                <w:r w:rsidRPr="00FC787E">
                  <w:rPr>
                    <w:i/>
                    <w:color w:val="595959"/>
                  </w:rPr>
                  <w:t>[Indsæt forventet hovedresultat.]</w:t>
                </w:r>
              </w:sdtContent>
            </w:sdt>
          </w:p>
          <w:p w14:paraId="55009F15" w14:textId="5C184B1F" w:rsidR="00AA0EBF" w:rsidRPr="00FC787E" w:rsidRDefault="00EA22A8">
            <w:pPr>
              <w:spacing w:after="0"/>
            </w:pPr>
            <w:r w:rsidRPr="00FC787E">
              <w:rPr>
                <w:i/>
                <w:color w:val="595959"/>
              </w:rPr>
              <w:t xml:space="preserve">4. </w:t>
            </w:r>
            <w:sdt>
              <w:sdtPr>
                <w:rPr>
                  <w:i/>
                  <w:color w:val="595959"/>
                </w:rPr>
                <w:id w:val="1443723861"/>
                <w:placeholder>
                  <w:docPart w:val="DefaultPlaceholder_-1854013440"/>
                </w:placeholder>
                <w:text/>
              </w:sdtPr>
              <w:sdtContent>
                <w:r w:rsidRPr="00FC787E">
                  <w:rPr>
                    <w:i/>
                    <w:color w:val="595959"/>
                  </w:rPr>
                  <w:t>[Indsæt eventuelt yderligere hovedresultater.]</w:t>
                </w:r>
              </w:sdtContent>
            </w:sdt>
          </w:p>
          <w:p w14:paraId="13E3C7A4" w14:textId="77777777" w:rsidR="00AA0EBF" w:rsidRPr="00FC787E" w:rsidRDefault="00AA0EBF"/>
          <w:p w14:paraId="246E9E58" w14:textId="77777777" w:rsidR="00AA0EBF" w:rsidRPr="00FC787E" w:rsidRDefault="00AA0EBF"/>
          <w:p w14:paraId="42BD5F8C" w14:textId="77777777" w:rsidR="00AA0EBF" w:rsidRPr="00FC787E" w:rsidRDefault="00AA0EBF"/>
          <w:p w14:paraId="760765EF" w14:textId="77777777" w:rsidR="00AA0EBF" w:rsidRPr="00FC787E" w:rsidRDefault="00AA0EBF"/>
        </w:tc>
      </w:tr>
    </w:tbl>
    <w:p w14:paraId="332726A5" w14:textId="77777777" w:rsidR="00AA0EBF" w:rsidRPr="00FC787E" w:rsidRDefault="00EA22A8">
      <w:r w:rsidRPr="00FC787E">
        <w:br w:type="page"/>
      </w:r>
    </w:p>
    <w:p w14:paraId="000250A0" w14:textId="77777777" w:rsidR="00AA0EBF" w:rsidRPr="00FC787E" w:rsidRDefault="00EA22A8">
      <w:r w:rsidRPr="00FC787E">
        <w:rPr>
          <w:b/>
          <w:sz w:val="22"/>
        </w:rPr>
        <w:lastRenderedPageBreak/>
        <w:t>4. Projektets milepæle</w:t>
      </w:r>
    </w:p>
    <w:p w14:paraId="73DBC4F1" w14:textId="776284D7" w:rsidR="00AA0EBF" w:rsidRPr="00FC787E" w:rsidRDefault="00EA22A8">
      <w:pPr>
        <w:spacing w:before="200" w:after="80"/>
      </w:pPr>
      <w:r w:rsidRPr="00FC787E">
        <w:rPr>
          <w:b/>
          <w:sz w:val="22"/>
        </w:rPr>
        <w:t>Milepæl</w:t>
      </w:r>
      <w:r w:rsidR="00156CE9" w:rsidRPr="00FC787E">
        <w:rPr>
          <w:b/>
          <w:sz w:val="22"/>
        </w:rPr>
        <w:t xml:space="preserve"> </w:t>
      </w:r>
      <w:r w:rsidRPr="00FC787E">
        <w:rPr>
          <w:b/>
          <w:sz w:val="22"/>
        </w:rPr>
        <w:t xml:space="preserve">1: </w:t>
      </w:r>
      <w:sdt>
        <w:sdtPr>
          <w:rPr>
            <w:b/>
            <w:sz w:val="22"/>
          </w:rPr>
          <w:id w:val="857622803"/>
          <w:placeholder>
            <w:docPart w:val="DefaultPlaceholder_-1854013440"/>
          </w:placeholder>
        </w:sdtPr>
        <w:sdtContent>
          <w:r w:rsidRPr="00FC787E">
            <w:rPr>
              <w:b/>
              <w:sz w:val="22"/>
            </w:rPr>
            <w:t>[Indsæt kort titel]</w:t>
          </w:r>
        </w:sdtContent>
      </w:sdt>
    </w:p>
    <w:p w14:paraId="511F41F2" w14:textId="77777777" w:rsidR="00AA0EBF" w:rsidRPr="00FC787E" w:rsidRDefault="00EA22A8">
      <w:pPr>
        <w:spacing w:before="80" w:after="60"/>
      </w:pPr>
      <w:r w:rsidRPr="00FC787E">
        <w:rPr>
          <w:b/>
        </w:rPr>
        <w:t>Forventet tidspunkt: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AA0EBF" w:rsidRPr="00FC787E" w14:paraId="38FE7140" w14:textId="77777777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1922988023"/>
              <w:placeholder>
                <w:docPart w:val="DefaultPlaceholder_-1854013440"/>
              </w:placeholder>
              <w:text/>
            </w:sdtPr>
            <w:sdtContent>
              <w:p w14:paraId="3731B403" w14:textId="4543137D" w:rsidR="00AA0EBF" w:rsidRPr="00FC787E" w:rsidRDefault="00EA22A8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[Indsæt dato, kvartal eller halvår.]</w:t>
                </w:r>
              </w:p>
            </w:sdtContent>
          </w:sdt>
          <w:p w14:paraId="08D39B6E" w14:textId="77777777" w:rsidR="00AA0EBF" w:rsidRPr="00FC787E" w:rsidRDefault="00AA0EBF">
            <w:pPr>
              <w:spacing w:after="0"/>
            </w:pPr>
          </w:p>
        </w:tc>
      </w:tr>
    </w:tbl>
    <w:p w14:paraId="144B7720" w14:textId="77777777" w:rsidR="00AA0EBF" w:rsidRPr="00FC787E" w:rsidRDefault="00EA22A8">
      <w:pPr>
        <w:spacing w:before="80" w:after="60"/>
      </w:pPr>
      <w:r w:rsidRPr="00FC787E">
        <w:rPr>
          <w:b/>
        </w:rPr>
        <w:t>Ansvarlig: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AA0EBF" w:rsidRPr="00FC787E" w14:paraId="04648732" w14:textId="77777777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724879238"/>
              <w:placeholder>
                <w:docPart w:val="DefaultPlaceholder_-1854013440"/>
              </w:placeholder>
              <w:text/>
            </w:sdtPr>
            <w:sdtContent>
              <w:p w14:paraId="2E25B60E" w14:textId="7701A817" w:rsidR="00AA0EBF" w:rsidRPr="00FC787E" w:rsidRDefault="00EA22A8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[Angiv den institution, funktion eller projektpart, der har det primære ansvar for milepælen.]</w:t>
                </w:r>
              </w:p>
            </w:sdtContent>
          </w:sdt>
          <w:p w14:paraId="77C61019" w14:textId="77777777" w:rsidR="00AA0EBF" w:rsidRPr="00FC787E" w:rsidRDefault="00AA0EBF">
            <w:pPr>
              <w:spacing w:after="0"/>
            </w:pPr>
          </w:p>
        </w:tc>
      </w:tr>
    </w:tbl>
    <w:p w14:paraId="1FA3433C" w14:textId="77777777" w:rsidR="00AA0EBF" w:rsidRPr="00FC787E" w:rsidRDefault="00EA22A8">
      <w:pPr>
        <w:spacing w:before="80" w:after="60"/>
      </w:pPr>
      <w:r w:rsidRPr="00FC787E">
        <w:rPr>
          <w:b/>
        </w:rPr>
        <w:t>Milepæl: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AA0EBF" w:rsidRPr="00FC787E" w14:paraId="2FC8D510" w14:textId="77777777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1364560647"/>
              <w:placeholder>
                <w:docPart w:val="DefaultPlaceholder_-1854013440"/>
              </w:placeholder>
              <w:text/>
            </w:sdtPr>
            <w:sdtContent>
              <w:p w14:paraId="555725DE" w14:textId="461181BD" w:rsidR="00AA0EBF" w:rsidRPr="00FC787E" w:rsidRDefault="00EA22A8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[Beskriv kort, hvad projektet forventer at have opnået på dette tidspunkt.]</w:t>
                </w:r>
              </w:p>
            </w:sdtContent>
          </w:sdt>
          <w:p w14:paraId="0B54A405" w14:textId="77777777" w:rsidR="00AA0EBF" w:rsidRPr="00FC787E" w:rsidRDefault="00AA0EBF">
            <w:pPr>
              <w:spacing w:after="0"/>
            </w:pPr>
          </w:p>
          <w:p w14:paraId="49251CA5" w14:textId="77777777" w:rsidR="00AA0EBF" w:rsidRPr="00FC787E" w:rsidRDefault="00AA0EBF">
            <w:pPr>
              <w:spacing w:after="0"/>
            </w:pPr>
          </w:p>
        </w:tc>
      </w:tr>
    </w:tbl>
    <w:p w14:paraId="46A28899" w14:textId="77777777" w:rsidR="00AA0EBF" w:rsidRPr="00FC787E" w:rsidRDefault="00EA22A8">
      <w:pPr>
        <w:spacing w:before="80" w:after="60"/>
      </w:pPr>
      <w:r w:rsidRPr="00FC787E">
        <w:rPr>
          <w:b/>
        </w:rPr>
        <w:t>Forventede leverancer: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AA0EBF" w:rsidRPr="00FC787E" w14:paraId="7A6E9A96" w14:textId="77777777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1755089129"/>
              <w:placeholder>
                <w:docPart w:val="DefaultPlaceholder_-1854013440"/>
              </w:placeholder>
              <w:text/>
            </w:sdtPr>
            <w:sdtContent>
              <w:p w14:paraId="645F41DA" w14:textId="23E21BBB" w:rsidR="00AA0EBF" w:rsidRPr="00FC787E" w:rsidRDefault="00EA22A8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[Beskriv, hvad projektet konkret forventer at have gennemført eller udarbejdet.]</w:t>
                </w:r>
              </w:p>
            </w:sdtContent>
          </w:sdt>
          <w:p w14:paraId="356E3418" w14:textId="77777777" w:rsidR="00AA0EBF" w:rsidRPr="00FC787E" w:rsidRDefault="00AA0EBF">
            <w:pPr>
              <w:spacing w:after="0"/>
            </w:pPr>
          </w:p>
          <w:p w14:paraId="5FD145C6" w14:textId="77777777" w:rsidR="00AA0EBF" w:rsidRPr="00FC787E" w:rsidRDefault="00AA0EBF">
            <w:pPr>
              <w:spacing w:after="0"/>
            </w:pPr>
          </w:p>
        </w:tc>
      </w:tr>
    </w:tbl>
    <w:p w14:paraId="002D6EA6" w14:textId="77777777" w:rsidR="00AA0EBF" w:rsidRPr="00FC787E" w:rsidRDefault="00EA22A8">
      <w:pPr>
        <w:spacing w:before="80" w:after="60"/>
      </w:pPr>
      <w:r w:rsidRPr="00FC787E">
        <w:rPr>
          <w:b/>
        </w:rPr>
        <w:t>Succeskriterier: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AA0EBF" w:rsidRPr="00FC787E" w14:paraId="5D2FC0FC" w14:textId="77777777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-196781581"/>
              <w:placeholder>
                <w:docPart w:val="DefaultPlaceholder_-1854013440"/>
              </w:placeholder>
              <w:text/>
            </w:sdtPr>
            <w:sdtContent>
              <w:p w14:paraId="69FA770C" w14:textId="49847901" w:rsidR="00AA0EBF" w:rsidRPr="00FC787E" w:rsidRDefault="00EA22A8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[Beskriv, hvornår milepælen kan betragtes som nået tilfredsstillende.]</w:t>
                </w:r>
              </w:p>
            </w:sdtContent>
          </w:sdt>
          <w:p w14:paraId="48B5EFA9" w14:textId="77777777" w:rsidR="00AA0EBF" w:rsidRPr="00FC787E" w:rsidRDefault="00AA0EBF">
            <w:pPr>
              <w:spacing w:after="0"/>
            </w:pPr>
          </w:p>
          <w:p w14:paraId="06B808A1" w14:textId="77777777" w:rsidR="00AA0EBF" w:rsidRPr="00FC787E" w:rsidRDefault="00AA0EBF">
            <w:pPr>
              <w:spacing w:after="0"/>
            </w:pPr>
          </w:p>
        </w:tc>
      </w:tr>
    </w:tbl>
    <w:p w14:paraId="0C0B5BBE" w14:textId="77777777" w:rsidR="00AA0EBF" w:rsidRPr="00FC787E" w:rsidRDefault="00EA22A8">
      <w:pPr>
        <w:spacing w:before="80" w:after="60"/>
      </w:pPr>
      <w:r w:rsidRPr="00FC787E">
        <w:rPr>
          <w:b/>
        </w:rPr>
        <w:t>Bidrag til projektets hovedresultater: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AA0EBF" w:rsidRPr="00FC787E" w14:paraId="47658213" w14:textId="77777777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-707950390"/>
              <w:placeholder>
                <w:docPart w:val="DefaultPlaceholder_-1854013440"/>
              </w:placeholder>
              <w:text/>
            </w:sdtPr>
            <w:sdtContent>
              <w:p w14:paraId="2ACB337C" w14:textId="516D5874" w:rsidR="00AA0EBF" w:rsidRPr="00FC787E" w:rsidRDefault="00EA22A8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[Angiv, hvilket eller hvilke af projektets forventede hovedresultater milepælen bidrager til.]</w:t>
                </w:r>
              </w:p>
            </w:sdtContent>
          </w:sdt>
          <w:p w14:paraId="5082DD02" w14:textId="77777777" w:rsidR="00AA0EBF" w:rsidRPr="00FC787E" w:rsidRDefault="00AA0EBF">
            <w:pPr>
              <w:spacing w:after="0"/>
            </w:pPr>
          </w:p>
        </w:tc>
      </w:tr>
    </w:tbl>
    <w:p w14:paraId="1C3BDF68" w14:textId="77777777" w:rsidR="00AA0EBF" w:rsidRPr="00FC787E" w:rsidRDefault="00EA22A8">
      <w:pPr>
        <w:spacing w:before="80" w:after="60"/>
      </w:pPr>
      <w:r w:rsidRPr="00FC787E">
        <w:rPr>
          <w:b/>
        </w:rPr>
        <w:t>Grundlag for opfølgning: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AA0EBF" w:rsidRPr="00FC787E" w14:paraId="71D78737" w14:textId="77777777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1932849918"/>
              <w:placeholder>
                <w:docPart w:val="DefaultPlaceholder_-1854013440"/>
              </w:placeholder>
              <w:text/>
            </w:sdtPr>
            <w:sdtContent>
              <w:p w14:paraId="3FF65DB7" w14:textId="0AB4151C" w:rsidR="00AA0EBF" w:rsidRPr="00FC787E" w:rsidRDefault="00EA22A8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[Angiv kort, hvilken dokumentation eller hvilke oplysninger og materialer der senere kan anvendes til at følge op på, om milepælen og succeskriterierne er nået.]</w:t>
                </w:r>
              </w:p>
            </w:sdtContent>
          </w:sdt>
          <w:p w14:paraId="69761383" w14:textId="77777777" w:rsidR="00AA0EBF" w:rsidRPr="00FC787E" w:rsidRDefault="00AA0EBF">
            <w:pPr>
              <w:spacing w:after="0"/>
            </w:pPr>
          </w:p>
        </w:tc>
      </w:tr>
    </w:tbl>
    <w:p w14:paraId="746B4822" w14:textId="77777777" w:rsidR="00AA0EBF" w:rsidRPr="00FC787E" w:rsidRDefault="00EA22A8">
      <w:r w:rsidRPr="00FC787E">
        <w:br w:type="page"/>
      </w:r>
    </w:p>
    <w:p w14:paraId="52BB23A1" w14:textId="2891D31A" w:rsidR="00AA0EBF" w:rsidRPr="00FC787E" w:rsidRDefault="00EA22A8">
      <w:pPr>
        <w:spacing w:before="200" w:after="80"/>
      </w:pPr>
      <w:r w:rsidRPr="00FC787E">
        <w:rPr>
          <w:b/>
          <w:sz w:val="22"/>
        </w:rPr>
        <w:lastRenderedPageBreak/>
        <w:t>Milepæl</w:t>
      </w:r>
      <w:r w:rsidR="00156CE9" w:rsidRPr="00FC787E">
        <w:rPr>
          <w:b/>
          <w:sz w:val="22"/>
        </w:rPr>
        <w:t xml:space="preserve"> </w:t>
      </w:r>
      <w:r w:rsidRPr="00FC787E">
        <w:rPr>
          <w:b/>
          <w:sz w:val="22"/>
        </w:rPr>
        <w:t xml:space="preserve">2: </w:t>
      </w:r>
      <w:sdt>
        <w:sdtPr>
          <w:rPr>
            <w:b/>
            <w:sz w:val="22"/>
          </w:rPr>
          <w:id w:val="-88624231"/>
          <w:placeholder>
            <w:docPart w:val="DefaultPlaceholder_-1854013440"/>
          </w:placeholder>
        </w:sdtPr>
        <w:sdtContent>
          <w:r w:rsidRPr="00FC787E">
            <w:rPr>
              <w:b/>
              <w:sz w:val="22"/>
            </w:rPr>
            <w:t>[Indsæt kort titel]</w:t>
          </w:r>
        </w:sdtContent>
      </w:sdt>
    </w:p>
    <w:p w14:paraId="7F603B4F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Forventet tidspunkt: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43C1CDC8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2030836992"/>
              <w:placeholder>
                <w:docPart w:val="0FEEAA03349E4E3FB066BC07AEF4080B"/>
              </w:placeholder>
              <w:text/>
            </w:sdtPr>
            <w:sdtContent>
              <w:p w14:paraId="29D041EF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[Indsæt dato, kvartal eller halvår.]</w:t>
                </w:r>
              </w:p>
            </w:sdtContent>
          </w:sdt>
          <w:p w14:paraId="357E2798" w14:textId="77777777" w:rsidR="00297A19" w:rsidRPr="00FC787E" w:rsidRDefault="00297A19" w:rsidP="00DC7AA1">
            <w:pPr>
              <w:spacing w:after="0"/>
            </w:pPr>
          </w:p>
        </w:tc>
      </w:tr>
    </w:tbl>
    <w:p w14:paraId="7D004A25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Ansvarlig: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7479496E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-727920097"/>
              <w:placeholder>
                <w:docPart w:val="0FEEAA03349E4E3FB066BC07AEF4080B"/>
              </w:placeholder>
              <w:text/>
            </w:sdtPr>
            <w:sdtContent>
              <w:p w14:paraId="0F295B24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[Angiv den institution, funktion eller projektpart, der har det primære ansvar for milepælen.]</w:t>
                </w:r>
              </w:p>
            </w:sdtContent>
          </w:sdt>
          <w:p w14:paraId="409A248F" w14:textId="77777777" w:rsidR="00297A19" w:rsidRPr="00FC787E" w:rsidRDefault="00297A19" w:rsidP="00DC7AA1">
            <w:pPr>
              <w:spacing w:after="0"/>
            </w:pPr>
          </w:p>
        </w:tc>
      </w:tr>
    </w:tbl>
    <w:p w14:paraId="6C02E5BD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Milepæl: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261EF908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1692109639"/>
              <w:placeholder>
                <w:docPart w:val="0FEEAA03349E4E3FB066BC07AEF4080B"/>
              </w:placeholder>
              <w:text/>
            </w:sdtPr>
            <w:sdtContent>
              <w:p w14:paraId="46346956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[Beskriv kort, hvad projektet forventer at have opnået på dette tidspunkt.]</w:t>
                </w:r>
              </w:p>
            </w:sdtContent>
          </w:sdt>
          <w:p w14:paraId="63B9F4D0" w14:textId="77777777" w:rsidR="00297A19" w:rsidRPr="00FC787E" w:rsidRDefault="00297A19" w:rsidP="00DC7AA1">
            <w:pPr>
              <w:spacing w:after="0"/>
            </w:pPr>
          </w:p>
          <w:p w14:paraId="6FF1B0F7" w14:textId="77777777" w:rsidR="00297A19" w:rsidRPr="00FC787E" w:rsidRDefault="00297A19" w:rsidP="00DC7AA1">
            <w:pPr>
              <w:spacing w:after="0"/>
            </w:pPr>
          </w:p>
        </w:tc>
      </w:tr>
    </w:tbl>
    <w:p w14:paraId="0D4460C8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Forventede leverancer: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2063EA47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-1834684354"/>
              <w:placeholder>
                <w:docPart w:val="0FEEAA03349E4E3FB066BC07AEF4080B"/>
              </w:placeholder>
              <w:text/>
            </w:sdtPr>
            <w:sdtContent>
              <w:p w14:paraId="134186F7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[Beskriv, hvad projektet konkret forventer at have gennemført eller udarbejdet.]</w:t>
                </w:r>
              </w:p>
            </w:sdtContent>
          </w:sdt>
          <w:p w14:paraId="53E36EF2" w14:textId="77777777" w:rsidR="00297A19" w:rsidRPr="00FC787E" w:rsidRDefault="00297A19" w:rsidP="00DC7AA1">
            <w:pPr>
              <w:spacing w:after="0"/>
            </w:pPr>
          </w:p>
          <w:p w14:paraId="5724231D" w14:textId="77777777" w:rsidR="00297A19" w:rsidRPr="00FC787E" w:rsidRDefault="00297A19" w:rsidP="00DC7AA1">
            <w:pPr>
              <w:spacing w:after="0"/>
            </w:pPr>
          </w:p>
        </w:tc>
      </w:tr>
    </w:tbl>
    <w:p w14:paraId="341F57FF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Succeskriterier: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1D48A5C2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-172116626"/>
              <w:placeholder>
                <w:docPart w:val="0FEEAA03349E4E3FB066BC07AEF4080B"/>
              </w:placeholder>
              <w:text/>
            </w:sdtPr>
            <w:sdtContent>
              <w:p w14:paraId="317F9FF0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[Beskriv, hvornår milepælen kan betragtes som nået tilfredsstillende.]</w:t>
                </w:r>
              </w:p>
            </w:sdtContent>
          </w:sdt>
          <w:p w14:paraId="08278CE9" w14:textId="77777777" w:rsidR="00297A19" w:rsidRPr="00FC787E" w:rsidRDefault="00297A19" w:rsidP="00DC7AA1">
            <w:pPr>
              <w:spacing w:after="0"/>
            </w:pPr>
          </w:p>
          <w:p w14:paraId="70558E80" w14:textId="77777777" w:rsidR="00297A19" w:rsidRPr="00FC787E" w:rsidRDefault="00297A19" w:rsidP="00DC7AA1">
            <w:pPr>
              <w:spacing w:after="0"/>
            </w:pPr>
          </w:p>
        </w:tc>
      </w:tr>
    </w:tbl>
    <w:p w14:paraId="070BD4A1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Bidrag til projektets hovedresultater: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757E7EBC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-1736470834"/>
              <w:placeholder>
                <w:docPart w:val="0FEEAA03349E4E3FB066BC07AEF4080B"/>
              </w:placeholder>
              <w:text/>
            </w:sdtPr>
            <w:sdtContent>
              <w:p w14:paraId="6BE8CD19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[Angiv, hvilket eller hvilke af projektets forventede hovedresultater milepælen bidrager til.]</w:t>
                </w:r>
              </w:p>
            </w:sdtContent>
          </w:sdt>
          <w:p w14:paraId="5D112327" w14:textId="77777777" w:rsidR="00297A19" w:rsidRPr="00FC787E" w:rsidRDefault="00297A19" w:rsidP="00DC7AA1">
            <w:pPr>
              <w:spacing w:after="0"/>
            </w:pPr>
          </w:p>
        </w:tc>
      </w:tr>
    </w:tbl>
    <w:p w14:paraId="10D0DDE6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Grundlag for opfølgning: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3C3BD057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-843240210"/>
              <w:placeholder>
                <w:docPart w:val="0FEEAA03349E4E3FB066BC07AEF4080B"/>
              </w:placeholder>
              <w:text/>
            </w:sdtPr>
            <w:sdtContent>
              <w:p w14:paraId="37DD6DBD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[Angiv kort, hvilken dokumentation eller hvilke oplysninger og materialer der senere kan anvendes til at følge op på, om milepælen og succeskriterierne er nået.]</w:t>
                </w:r>
              </w:p>
            </w:sdtContent>
          </w:sdt>
          <w:p w14:paraId="44C7B371" w14:textId="77777777" w:rsidR="00297A19" w:rsidRPr="00FC787E" w:rsidRDefault="00297A19" w:rsidP="00DC7AA1">
            <w:pPr>
              <w:spacing w:after="0"/>
            </w:pPr>
          </w:p>
        </w:tc>
      </w:tr>
    </w:tbl>
    <w:p w14:paraId="5DB46EB9" w14:textId="77777777" w:rsidR="00297A19" w:rsidRPr="00FC787E" w:rsidRDefault="00297A19" w:rsidP="00297A19">
      <w:r w:rsidRPr="00FC787E">
        <w:br w:type="page"/>
      </w:r>
    </w:p>
    <w:p w14:paraId="1EADC148" w14:textId="427A7CC2" w:rsidR="00AA0EBF" w:rsidRPr="00FC787E" w:rsidRDefault="00EA22A8">
      <w:pPr>
        <w:spacing w:before="200" w:after="80"/>
      </w:pPr>
      <w:r w:rsidRPr="00FC787E">
        <w:rPr>
          <w:b/>
          <w:sz w:val="22"/>
        </w:rPr>
        <w:lastRenderedPageBreak/>
        <w:t>Milepæl</w:t>
      </w:r>
      <w:r w:rsidR="00156CE9" w:rsidRPr="00FC787E">
        <w:rPr>
          <w:b/>
          <w:sz w:val="22"/>
        </w:rPr>
        <w:t xml:space="preserve"> </w:t>
      </w:r>
      <w:r w:rsidRPr="00FC787E">
        <w:rPr>
          <w:b/>
          <w:sz w:val="22"/>
        </w:rPr>
        <w:t xml:space="preserve">3: </w:t>
      </w:r>
      <w:sdt>
        <w:sdtPr>
          <w:rPr>
            <w:b/>
            <w:sz w:val="22"/>
          </w:rPr>
          <w:id w:val="-534664052"/>
          <w:placeholder>
            <w:docPart w:val="DefaultPlaceholder_-1854013440"/>
          </w:placeholder>
        </w:sdtPr>
        <w:sdtContent>
          <w:r w:rsidRPr="00FC787E">
            <w:rPr>
              <w:b/>
              <w:sz w:val="22"/>
            </w:rPr>
            <w:t>[Indsæt kort titel]</w:t>
          </w:r>
        </w:sdtContent>
      </w:sdt>
    </w:p>
    <w:p w14:paraId="0771DC76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Forventet tidspunkt: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0A4B5970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-1853022833"/>
              <w:placeholder>
                <w:docPart w:val="821E70A584E94539A78089891476C306"/>
              </w:placeholder>
              <w:text/>
            </w:sdtPr>
            <w:sdtContent>
              <w:p w14:paraId="36234A99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[Indsæt dato, kvartal eller halvår.]</w:t>
                </w:r>
              </w:p>
            </w:sdtContent>
          </w:sdt>
          <w:p w14:paraId="02F19E1C" w14:textId="77777777" w:rsidR="00297A19" w:rsidRPr="00FC787E" w:rsidRDefault="00297A19" w:rsidP="00DC7AA1">
            <w:pPr>
              <w:spacing w:after="0"/>
            </w:pPr>
          </w:p>
        </w:tc>
      </w:tr>
    </w:tbl>
    <w:p w14:paraId="07B2D930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Ansvarlig: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1F3FD653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1326787602"/>
              <w:placeholder>
                <w:docPart w:val="821E70A584E94539A78089891476C306"/>
              </w:placeholder>
              <w:text/>
            </w:sdtPr>
            <w:sdtContent>
              <w:p w14:paraId="7342B315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[Angiv den institution, funktion eller projektpart, der har det primære ansvar for milepælen.]</w:t>
                </w:r>
              </w:p>
            </w:sdtContent>
          </w:sdt>
          <w:p w14:paraId="60DD2776" w14:textId="77777777" w:rsidR="00297A19" w:rsidRPr="00FC787E" w:rsidRDefault="00297A19" w:rsidP="00DC7AA1">
            <w:pPr>
              <w:spacing w:after="0"/>
            </w:pPr>
          </w:p>
        </w:tc>
      </w:tr>
    </w:tbl>
    <w:p w14:paraId="6F0DFCAD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Milepæl: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4427683D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-275948653"/>
              <w:placeholder>
                <w:docPart w:val="821E70A584E94539A78089891476C306"/>
              </w:placeholder>
              <w:text/>
            </w:sdtPr>
            <w:sdtContent>
              <w:p w14:paraId="06A3607A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[Beskriv kort, hvad projektet forventer at have opnået på dette tidspunkt.]</w:t>
                </w:r>
              </w:p>
            </w:sdtContent>
          </w:sdt>
          <w:p w14:paraId="44B8E3E3" w14:textId="77777777" w:rsidR="00297A19" w:rsidRPr="00FC787E" w:rsidRDefault="00297A19" w:rsidP="00DC7AA1">
            <w:pPr>
              <w:spacing w:after="0"/>
            </w:pPr>
          </w:p>
          <w:p w14:paraId="040B64D1" w14:textId="77777777" w:rsidR="00297A19" w:rsidRPr="00FC787E" w:rsidRDefault="00297A19" w:rsidP="00DC7AA1">
            <w:pPr>
              <w:spacing w:after="0"/>
            </w:pPr>
          </w:p>
        </w:tc>
      </w:tr>
    </w:tbl>
    <w:p w14:paraId="36D6BC7C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Forventede leverancer: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458B1CE9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1962454203"/>
              <w:placeholder>
                <w:docPart w:val="821E70A584E94539A78089891476C306"/>
              </w:placeholder>
              <w:text/>
            </w:sdtPr>
            <w:sdtContent>
              <w:p w14:paraId="6709B018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[Beskriv, hvad projektet konkret forventer at have gennemført eller udarbejdet.]</w:t>
                </w:r>
              </w:p>
            </w:sdtContent>
          </w:sdt>
          <w:p w14:paraId="79B57AC2" w14:textId="77777777" w:rsidR="00297A19" w:rsidRPr="00FC787E" w:rsidRDefault="00297A19" w:rsidP="00DC7AA1">
            <w:pPr>
              <w:spacing w:after="0"/>
            </w:pPr>
          </w:p>
          <w:p w14:paraId="42334FD9" w14:textId="77777777" w:rsidR="00297A19" w:rsidRPr="00FC787E" w:rsidRDefault="00297A19" w:rsidP="00DC7AA1">
            <w:pPr>
              <w:spacing w:after="0"/>
            </w:pPr>
          </w:p>
        </w:tc>
      </w:tr>
    </w:tbl>
    <w:p w14:paraId="04E0F1C3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Succeskriterier: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7AE8D534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-681966590"/>
              <w:placeholder>
                <w:docPart w:val="821E70A584E94539A78089891476C306"/>
              </w:placeholder>
              <w:text/>
            </w:sdtPr>
            <w:sdtContent>
              <w:p w14:paraId="44A77485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[Beskriv, hvornår milepælen kan betragtes som nået tilfredsstillende.]</w:t>
                </w:r>
              </w:p>
            </w:sdtContent>
          </w:sdt>
          <w:p w14:paraId="672DF25F" w14:textId="77777777" w:rsidR="00297A19" w:rsidRPr="00FC787E" w:rsidRDefault="00297A19" w:rsidP="00DC7AA1">
            <w:pPr>
              <w:spacing w:after="0"/>
            </w:pPr>
          </w:p>
          <w:p w14:paraId="68B82178" w14:textId="77777777" w:rsidR="00297A19" w:rsidRPr="00FC787E" w:rsidRDefault="00297A19" w:rsidP="00DC7AA1">
            <w:pPr>
              <w:spacing w:after="0"/>
            </w:pPr>
          </w:p>
        </w:tc>
      </w:tr>
    </w:tbl>
    <w:p w14:paraId="51481936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Bidrag til projektets hovedresultater: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75F84EDC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478272041"/>
              <w:placeholder>
                <w:docPart w:val="821E70A584E94539A78089891476C306"/>
              </w:placeholder>
              <w:text/>
            </w:sdtPr>
            <w:sdtContent>
              <w:p w14:paraId="55FC070E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[Angiv, hvilket eller hvilke af projektets forventede hovedresultater milepælen bidrager til.]</w:t>
                </w:r>
              </w:p>
            </w:sdtContent>
          </w:sdt>
          <w:p w14:paraId="40A78724" w14:textId="77777777" w:rsidR="00297A19" w:rsidRPr="00FC787E" w:rsidRDefault="00297A19" w:rsidP="00DC7AA1">
            <w:pPr>
              <w:spacing w:after="0"/>
            </w:pPr>
          </w:p>
        </w:tc>
      </w:tr>
    </w:tbl>
    <w:p w14:paraId="51F64582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Grundlag for opfølgning: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461DBB0F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-1017306388"/>
              <w:placeholder>
                <w:docPart w:val="821E70A584E94539A78089891476C306"/>
              </w:placeholder>
              <w:text/>
            </w:sdtPr>
            <w:sdtContent>
              <w:p w14:paraId="6FD5622B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[Angiv kort, hvilken dokumentation eller hvilke oplysninger og materialer der senere kan anvendes til at følge op på, om milepælen og succeskriterierne er nået.]</w:t>
                </w:r>
              </w:p>
            </w:sdtContent>
          </w:sdt>
          <w:p w14:paraId="6823F292" w14:textId="77777777" w:rsidR="00297A19" w:rsidRPr="00FC787E" w:rsidRDefault="00297A19" w:rsidP="00DC7AA1">
            <w:pPr>
              <w:spacing w:after="0"/>
            </w:pPr>
          </w:p>
        </w:tc>
      </w:tr>
    </w:tbl>
    <w:p w14:paraId="2658D309" w14:textId="4D219B6A" w:rsidR="00FC787E" w:rsidRDefault="00297A19" w:rsidP="00297A19">
      <w:r w:rsidRPr="00FC787E">
        <w:br w:type="page"/>
      </w:r>
    </w:p>
    <w:p w14:paraId="2A5CDF59" w14:textId="6831EDDE" w:rsidR="00FC787E" w:rsidRPr="00FC787E" w:rsidRDefault="00FC787E" w:rsidP="00FC787E">
      <w:pPr>
        <w:spacing w:before="200" w:after="80"/>
      </w:pPr>
      <w:r w:rsidRPr="00FC787E">
        <w:rPr>
          <w:b/>
          <w:sz w:val="22"/>
        </w:rPr>
        <w:lastRenderedPageBreak/>
        <w:t xml:space="preserve">Milepæl </w:t>
      </w:r>
      <w:r>
        <w:rPr>
          <w:b/>
          <w:sz w:val="22"/>
        </w:rPr>
        <w:t>4</w:t>
      </w:r>
      <w:r w:rsidRPr="00FC787E">
        <w:rPr>
          <w:b/>
          <w:sz w:val="22"/>
        </w:rPr>
        <w:t xml:space="preserve">: </w:t>
      </w:r>
      <w:sdt>
        <w:sdtPr>
          <w:rPr>
            <w:b/>
            <w:sz w:val="22"/>
          </w:rPr>
          <w:id w:val="-1124226719"/>
          <w:placeholder>
            <w:docPart w:val="DefaultPlaceholder_-1854013440"/>
          </w:placeholder>
        </w:sdtPr>
        <w:sdtContent>
          <w:r w:rsidRPr="00FC787E">
            <w:rPr>
              <w:b/>
              <w:sz w:val="22"/>
            </w:rPr>
            <w:t>[Indsæt kort titel]</w:t>
          </w:r>
        </w:sdtContent>
      </w:sdt>
    </w:p>
    <w:p w14:paraId="11E43752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Forventet tidspunkt: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5C393FC4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984054625"/>
              <w:placeholder>
                <w:docPart w:val="20CF402E643B4B6B81D50C7754C8F88E"/>
              </w:placeholder>
              <w:text/>
            </w:sdtPr>
            <w:sdtContent>
              <w:p w14:paraId="7B2B00E1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[Indsæt dato, kvartal eller halvår.]</w:t>
                </w:r>
              </w:p>
            </w:sdtContent>
          </w:sdt>
          <w:p w14:paraId="3BCDAB81" w14:textId="77777777" w:rsidR="00297A19" w:rsidRPr="00FC787E" w:rsidRDefault="00297A19" w:rsidP="00DC7AA1">
            <w:pPr>
              <w:spacing w:after="0"/>
            </w:pPr>
          </w:p>
        </w:tc>
      </w:tr>
    </w:tbl>
    <w:p w14:paraId="1B501C1F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Ansvarlig: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1903B02C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-1525778997"/>
              <w:placeholder>
                <w:docPart w:val="20CF402E643B4B6B81D50C7754C8F88E"/>
              </w:placeholder>
              <w:text/>
            </w:sdtPr>
            <w:sdtContent>
              <w:p w14:paraId="6B538389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[Angiv den institution, funktion eller projektpart, der har det primære ansvar for milepælen.]</w:t>
                </w:r>
              </w:p>
            </w:sdtContent>
          </w:sdt>
          <w:p w14:paraId="7DEA1A66" w14:textId="77777777" w:rsidR="00297A19" w:rsidRPr="00FC787E" w:rsidRDefault="00297A19" w:rsidP="00DC7AA1">
            <w:pPr>
              <w:spacing w:after="0"/>
            </w:pPr>
          </w:p>
        </w:tc>
      </w:tr>
    </w:tbl>
    <w:p w14:paraId="3D8A37DD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Milepæl: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77B5D231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937094513"/>
              <w:placeholder>
                <w:docPart w:val="20CF402E643B4B6B81D50C7754C8F88E"/>
              </w:placeholder>
              <w:text/>
            </w:sdtPr>
            <w:sdtContent>
              <w:p w14:paraId="7A8DF5BE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[Beskriv kort, hvad projektet forventer at have opnået på dette tidspunkt.]</w:t>
                </w:r>
              </w:p>
            </w:sdtContent>
          </w:sdt>
          <w:p w14:paraId="33197FC6" w14:textId="77777777" w:rsidR="00297A19" w:rsidRPr="00FC787E" w:rsidRDefault="00297A19" w:rsidP="00DC7AA1">
            <w:pPr>
              <w:spacing w:after="0"/>
            </w:pPr>
          </w:p>
          <w:p w14:paraId="74478B3E" w14:textId="77777777" w:rsidR="00297A19" w:rsidRPr="00FC787E" w:rsidRDefault="00297A19" w:rsidP="00DC7AA1">
            <w:pPr>
              <w:spacing w:after="0"/>
            </w:pPr>
          </w:p>
        </w:tc>
      </w:tr>
    </w:tbl>
    <w:p w14:paraId="154D87A2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Forventede leverancer: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7FA826D4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1704048440"/>
              <w:placeholder>
                <w:docPart w:val="20CF402E643B4B6B81D50C7754C8F88E"/>
              </w:placeholder>
              <w:text/>
            </w:sdtPr>
            <w:sdtContent>
              <w:p w14:paraId="5A58FFA2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[Beskriv, hvad projektet konkret forventer at have gennemført eller udarbejdet.]</w:t>
                </w:r>
              </w:p>
            </w:sdtContent>
          </w:sdt>
          <w:p w14:paraId="2353C305" w14:textId="77777777" w:rsidR="00297A19" w:rsidRPr="00FC787E" w:rsidRDefault="00297A19" w:rsidP="00DC7AA1">
            <w:pPr>
              <w:spacing w:after="0"/>
            </w:pPr>
          </w:p>
          <w:p w14:paraId="5F6D5023" w14:textId="77777777" w:rsidR="00297A19" w:rsidRPr="00FC787E" w:rsidRDefault="00297A19" w:rsidP="00DC7AA1">
            <w:pPr>
              <w:spacing w:after="0"/>
            </w:pPr>
          </w:p>
        </w:tc>
      </w:tr>
    </w:tbl>
    <w:p w14:paraId="70E6843B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Succeskriterier: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18B87FDD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822018820"/>
              <w:placeholder>
                <w:docPart w:val="20CF402E643B4B6B81D50C7754C8F88E"/>
              </w:placeholder>
              <w:text/>
            </w:sdtPr>
            <w:sdtContent>
              <w:p w14:paraId="566BB6F4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[Beskriv, hvornår milepælen kan betragtes som nået tilfredsstillende.]</w:t>
                </w:r>
              </w:p>
            </w:sdtContent>
          </w:sdt>
          <w:p w14:paraId="7D56A1A7" w14:textId="77777777" w:rsidR="00297A19" w:rsidRPr="00FC787E" w:rsidRDefault="00297A19" w:rsidP="00DC7AA1">
            <w:pPr>
              <w:spacing w:after="0"/>
            </w:pPr>
          </w:p>
          <w:p w14:paraId="7F847CE6" w14:textId="77777777" w:rsidR="00297A19" w:rsidRPr="00FC787E" w:rsidRDefault="00297A19" w:rsidP="00DC7AA1">
            <w:pPr>
              <w:spacing w:after="0"/>
            </w:pPr>
          </w:p>
        </w:tc>
      </w:tr>
    </w:tbl>
    <w:p w14:paraId="790E01F2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Bidrag til projektets hovedresultater: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3FE13ED6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-228308706"/>
              <w:placeholder>
                <w:docPart w:val="20CF402E643B4B6B81D50C7754C8F88E"/>
              </w:placeholder>
              <w:text/>
            </w:sdtPr>
            <w:sdtContent>
              <w:p w14:paraId="296D97C1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[Angiv, hvilket eller hvilke af projektets forventede hovedresultater milepælen bidrager til.]</w:t>
                </w:r>
              </w:p>
            </w:sdtContent>
          </w:sdt>
          <w:p w14:paraId="6C637DE2" w14:textId="77777777" w:rsidR="00297A19" w:rsidRPr="00FC787E" w:rsidRDefault="00297A19" w:rsidP="00DC7AA1">
            <w:pPr>
              <w:spacing w:after="0"/>
            </w:pPr>
          </w:p>
        </w:tc>
      </w:tr>
    </w:tbl>
    <w:p w14:paraId="3F347BC6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Grundlag for opfølgning: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65497716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1744913782"/>
              <w:placeholder>
                <w:docPart w:val="20CF402E643B4B6B81D50C7754C8F88E"/>
              </w:placeholder>
              <w:text/>
            </w:sdtPr>
            <w:sdtContent>
              <w:p w14:paraId="5B7D2136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[Angiv kort, hvilken dokumentation eller hvilke oplysninger og materialer der senere kan anvendes til at følge op på, om milepælen og succeskriterierne er nået.]</w:t>
                </w:r>
              </w:p>
            </w:sdtContent>
          </w:sdt>
          <w:p w14:paraId="6A6FFCFD" w14:textId="77777777" w:rsidR="00297A19" w:rsidRPr="00FC787E" w:rsidRDefault="00297A19" w:rsidP="00DC7AA1">
            <w:pPr>
              <w:spacing w:after="0"/>
            </w:pPr>
          </w:p>
        </w:tc>
      </w:tr>
    </w:tbl>
    <w:p w14:paraId="235C635E" w14:textId="31497AE3" w:rsidR="00FC787E" w:rsidRDefault="00FC787E"/>
    <w:p w14:paraId="121C9534" w14:textId="6D94B2EC" w:rsidR="00FC787E" w:rsidRDefault="00FC787E">
      <w:pPr>
        <w:spacing w:after="200" w:line="276" w:lineRule="auto"/>
      </w:pPr>
      <w:r>
        <w:br w:type="page"/>
      </w:r>
    </w:p>
    <w:p w14:paraId="441A0937" w14:textId="52B2F2A0" w:rsidR="00FC787E" w:rsidRPr="00FC787E" w:rsidRDefault="00FC787E" w:rsidP="00FC787E">
      <w:pPr>
        <w:spacing w:before="200" w:after="80"/>
      </w:pPr>
      <w:r w:rsidRPr="00FC787E">
        <w:rPr>
          <w:b/>
          <w:sz w:val="22"/>
        </w:rPr>
        <w:lastRenderedPageBreak/>
        <w:t xml:space="preserve">Milepæl </w:t>
      </w:r>
      <w:r>
        <w:rPr>
          <w:b/>
          <w:sz w:val="22"/>
        </w:rPr>
        <w:t>5</w:t>
      </w:r>
      <w:r w:rsidRPr="00FC787E">
        <w:rPr>
          <w:b/>
          <w:sz w:val="22"/>
        </w:rPr>
        <w:t xml:space="preserve">: </w:t>
      </w:r>
      <w:sdt>
        <w:sdtPr>
          <w:rPr>
            <w:b/>
            <w:sz w:val="22"/>
          </w:rPr>
          <w:id w:val="1814369940"/>
          <w:placeholder>
            <w:docPart w:val="DefaultPlaceholder_-1854013440"/>
          </w:placeholder>
        </w:sdtPr>
        <w:sdtContent>
          <w:r w:rsidRPr="00FC787E">
            <w:rPr>
              <w:b/>
              <w:sz w:val="22"/>
            </w:rPr>
            <w:t>[Indsæt kort titel]</w:t>
          </w:r>
        </w:sdtContent>
      </w:sdt>
    </w:p>
    <w:p w14:paraId="0D866428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Forventet tidspunkt: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4EAB78C8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2090191557"/>
              <w:placeholder>
                <w:docPart w:val="BA88CD6BA6DE48ADB1D5AD4DB8C151DB"/>
              </w:placeholder>
              <w:text/>
            </w:sdtPr>
            <w:sdtContent>
              <w:p w14:paraId="77BD0481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[Indsæt dato, kvartal eller halvår.]</w:t>
                </w:r>
              </w:p>
            </w:sdtContent>
          </w:sdt>
          <w:p w14:paraId="2962CEFD" w14:textId="77777777" w:rsidR="00297A19" w:rsidRPr="00FC787E" w:rsidRDefault="00297A19" w:rsidP="00DC7AA1">
            <w:pPr>
              <w:spacing w:after="0"/>
            </w:pPr>
          </w:p>
        </w:tc>
      </w:tr>
    </w:tbl>
    <w:p w14:paraId="23456554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Ansvarlig: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18D6EA18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1321463880"/>
              <w:placeholder>
                <w:docPart w:val="BA88CD6BA6DE48ADB1D5AD4DB8C151DB"/>
              </w:placeholder>
              <w:text/>
            </w:sdtPr>
            <w:sdtContent>
              <w:p w14:paraId="384D04BC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[Angiv den institution, funktion eller projektpart, der har det primære ansvar for milepælen.]</w:t>
                </w:r>
              </w:p>
            </w:sdtContent>
          </w:sdt>
          <w:p w14:paraId="7DBB6321" w14:textId="77777777" w:rsidR="00297A19" w:rsidRPr="00FC787E" w:rsidRDefault="00297A19" w:rsidP="00DC7AA1">
            <w:pPr>
              <w:spacing w:after="0"/>
            </w:pPr>
          </w:p>
        </w:tc>
      </w:tr>
    </w:tbl>
    <w:p w14:paraId="07DF4D00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Milepæl: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0B4BCD9E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1431706742"/>
              <w:placeholder>
                <w:docPart w:val="BA88CD6BA6DE48ADB1D5AD4DB8C151DB"/>
              </w:placeholder>
              <w:text/>
            </w:sdtPr>
            <w:sdtContent>
              <w:p w14:paraId="1C99A7E8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[Beskriv kort, hvad projektet forventer at have opnået på dette tidspunkt.]</w:t>
                </w:r>
              </w:p>
            </w:sdtContent>
          </w:sdt>
          <w:p w14:paraId="4DCB3DE1" w14:textId="77777777" w:rsidR="00297A19" w:rsidRPr="00FC787E" w:rsidRDefault="00297A19" w:rsidP="00DC7AA1">
            <w:pPr>
              <w:spacing w:after="0"/>
            </w:pPr>
          </w:p>
          <w:p w14:paraId="0911CF56" w14:textId="77777777" w:rsidR="00297A19" w:rsidRPr="00FC787E" w:rsidRDefault="00297A19" w:rsidP="00DC7AA1">
            <w:pPr>
              <w:spacing w:after="0"/>
            </w:pPr>
          </w:p>
        </w:tc>
      </w:tr>
    </w:tbl>
    <w:p w14:paraId="761BE2CA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Forventede leverancer: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70C4D55F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956381938"/>
              <w:placeholder>
                <w:docPart w:val="BA88CD6BA6DE48ADB1D5AD4DB8C151DB"/>
              </w:placeholder>
              <w:text/>
            </w:sdtPr>
            <w:sdtContent>
              <w:p w14:paraId="26D848A9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[Beskriv, hvad projektet konkret forventer at have gennemført eller udarbejdet.]</w:t>
                </w:r>
              </w:p>
            </w:sdtContent>
          </w:sdt>
          <w:p w14:paraId="526836D0" w14:textId="77777777" w:rsidR="00297A19" w:rsidRPr="00FC787E" w:rsidRDefault="00297A19" w:rsidP="00DC7AA1">
            <w:pPr>
              <w:spacing w:after="0"/>
            </w:pPr>
          </w:p>
          <w:p w14:paraId="030BA4FB" w14:textId="77777777" w:rsidR="00297A19" w:rsidRPr="00FC787E" w:rsidRDefault="00297A19" w:rsidP="00DC7AA1">
            <w:pPr>
              <w:spacing w:after="0"/>
            </w:pPr>
          </w:p>
        </w:tc>
      </w:tr>
    </w:tbl>
    <w:p w14:paraId="4A3A9373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Succeskriterier: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75C0EEFF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-1699147752"/>
              <w:placeholder>
                <w:docPart w:val="BA88CD6BA6DE48ADB1D5AD4DB8C151DB"/>
              </w:placeholder>
              <w:text/>
            </w:sdtPr>
            <w:sdtContent>
              <w:p w14:paraId="44378FF3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[Beskriv, hvornår milepælen kan betragtes som nået tilfredsstillende.]</w:t>
                </w:r>
              </w:p>
            </w:sdtContent>
          </w:sdt>
          <w:p w14:paraId="229A29B5" w14:textId="77777777" w:rsidR="00297A19" w:rsidRPr="00FC787E" w:rsidRDefault="00297A19" w:rsidP="00DC7AA1">
            <w:pPr>
              <w:spacing w:after="0"/>
            </w:pPr>
          </w:p>
          <w:p w14:paraId="0F3EC2B9" w14:textId="77777777" w:rsidR="00297A19" w:rsidRPr="00FC787E" w:rsidRDefault="00297A19" w:rsidP="00DC7AA1">
            <w:pPr>
              <w:spacing w:after="0"/>
            </w:pPr>
          </w:p>
        </w:tc>
      </w:tr>
    </w:tbl>
    <w:p w14:paraId="059DAAE5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Bidrag til projektets hovedresultater: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4304D86B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-987929849"/>
              <w:placeholder>
                <w:docPart w:val="BA88CD6BA6DE48ADB1D5AD4DB8C151DB"/>
              </w:placeholder>
              <w:text/>
            </w:sdtPr>
            <w:sdtContent>
              <w:p w14:paraId="0CB1C938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[Angiv, hvilket eller hvilke af projektets forventede hovedresultater milepælen bidrager til.]</w:t>
                </w:r>
              </w:p>
            </w:sdtContent>
          </w:sdt>
          <w:p w14:paraId="1B811B66" w14:textId="77777777" w:rsidR="00297A19" w:rsidRPr="00FC787E" w:rsidRDefault="00297A19" w:rsidP="00DC7AA1">
            <w:pPr>
              <w:spacing w:after="0"/>
            </w:pPr>
          </w:p>
        </w:tc>
      </w:tr>
    </w:tbl>
    <w:p w14:paraId="2BEF5BD6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Grundlag for opfølgning: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2E32E433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1618176313"/>
              <w:placeholder>
                <w:docPart w:val="BA88CD6BA6DE48ADB1D5AD4DB8C151DB"/>
              </w:placeholder>
              <w:text/>
            </w:sdtPr>
            <w:sdtContent>
              <w:p w14:paraId="18A2E7DA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[Angiv kort, hvilken dokumentation eller hvilke oplysninger og materialer der senere kan anvendes til at følge op på, om milepælen og succeskriterierne er nået.]</w:t>
                </w:r>
              </w:p>
            </w:sdtContent>
          </w:sdt>
          <w:p w14:paraId="3CA55822" w14:textId="77777777" w:rsidR="00297A19" w:rsidRPr="00FC787E" w:rsidRDefault="00297A19" w:rsidP="00DC7AA1">
            <w:pPr>
              <w:spacing w:after="0"/>
            </w:pPr>
          </w:p>
        </w:tc>
      </w:tr>
    </w:tbl>
    <w:p w14:paraId="263F7F7E" w14:textId="12F44D86" w:rsidR="00FC787E" w:rsidRDefault="00FC787E" w:rsidP="00297A19">
      <w:r>
        <w:br w:type="page"/>
      </w:r>
    </w:p>
    <w:p w14:paraId="6270507D" w14:textId="067A2004" w:rsidR="00FC787E" w:rsidRPr="00FC787E" w:rsidRDefault="00FC787E" w:rsidP="00FC787E">
      <w:pPr>
        <w:spacing w:before="200" w:after="80"/>
      </w:pPr>
      <w:r w:rsidRPr="00FC787E">
        <w:rPr>
          <w:b/>
          <w:sz w:val="22"/>
        </w:rPr>
        <w:lastRenderedPageBreak/>
        <w:t xml:space="preserve">Milepæl </w:t>
      </w:r>
      <w:r>
        <w:rPr>
          <w:b/>
          <w:sz w:val="22"/>
        </w:rPr>
        <w:t>6</w:t>
      </w:r>
      <w:r w:rsidRPr="00FC787E">
        <w:rPr>
          <w:b/>
          <w:sz w:val="22"/>
        </w:rPr>
        <w:t xml:space="preserve">: </w:t>
      </w:r>
      <w:sdt>
        <w:sdtPr>
          <w:rPr>
            <w:b/>
            <w:sz w:val="22"/>
          </w:rPr>
          <w:id w:val="743772156"/>
          <w:placeholder>
            <w:docPart w:val="DefaultPlaceholder_-1854013440"/>
          </w:placeholder>
        </w:sdtPr>
        <w:sdtContent>
          <w:r w:rsidRPr="00FC787E">
            <w:rPr>
              <w:b/>
              <w:sz w:val="22"/>
            </w:rPr>
            <w:t>[Indsæt kort titel]</w:t>
          </w:r>
        </w:sdtContent>
      </w:sdt>
    </w:p>
    <w:p w14:paraId="34DE5E86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Forventet tidspunkt: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41726E2D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2094655000"/>
              <w:placeholder>
                <w:docPart w:val="F0FA27F8065E43B68485D84B31018814"/>
              </w:placeholder>
              <w:text/>
            </w:sdtPr>
            <w:sdtContent>
              <w:p w14:paraId="51DCF7D2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[Indsæt dato, kvartal eller halvår.]</w:t>
                </w:r>
              </w:p>
            </w:sdtContent>
          </w:sdt>
          <w:p w14:paraId="251C1586" w14:textId="77777777" w:rsidR="00297A19" w:rsidRPr="00FC787E" w:rsidRDefault="00297A19" w:rsidP="00DC7AA1">
            <w:pPr>
              <w:spacing w:after="0"/>
            </w:pPr>
          </w:p>
        </w:tc>
      </w:tr>
    </w:tbl>
    <w:p w14:paraId="5DF98C89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Ansvarlig: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4C239E14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-1694380417"/>
              <w:placeholder>
                <w:docPart w:val="F0FA27F8065E43B68485D84B31018814"/>
              </w:placeholder>
              <w:text/>
            </w:sdtPr>
            <w:sdtContent>
              <w:p w14:paraId="49915BF4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[Angiv den institution, funktion eller projektpart, der har det primære ansvar for milepælen.]</w:t>
                </w:r>
              </w:p>
            </w:sdtContent>
          </w:sdt>
          <w:p w14:paraId="688186F7" w14:textId="77777777" w:rsidR="00297A19" w:rsidRPr="00FC787E" w:rsidRDefault="00297A19" w:rsidP="00DC7AA1">
            <w:pPr>
              <w:spacing w:after="0"/>
            </w:pPr>
          </w:p>
        </w:tc>
      </w:tr>
    </w:tbl>
    <w:p w14:paraId="0D7431C5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Milepæl: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3EA9F10F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1324629416"/>
              <w:placeholder>
                <w:docPart w:val="F0FA27F8065E43B68485D84B31018814"/>
              </w:placeholder>
              <w:text/>
            </w:sdtPr>
            <w:sdtContent>
              <w:p w14:paraId="3DA61780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[Beskriv kort, hvad projektet forventer at have opnået på dette tidspunkt.]</w:t>
                </w:r>
              </w:p>
            </w:sdtContent>
          </w:sdt>
          <w:p w14:paraId="27E06789" w14:textId="77777777" w:rsidR="00297A19" w:rsidRPr="00FC787E" w:rsidRDefault="00297A19" w:rsidP="00DC7AA1">
            <w:pPr>
              <w:spacing w:after="0"/>
            </w:pPr>
          </w:p>
          <w:p w14:paraId="66F0CB08" w14:textId="77777777" w:rsidR="00297A19" w:rsidRPr="00FC787E" w:rsidRDefault="00297A19" w:rsidP="00DC7AA1">
            <w:pPr>
              <w:spacing w:after="0"/>
            </w:pPr>
          </w:p>
        </w:tc>
      </w:tr>
    </w:tbl>
    <w:p w14:paraId="1891AFA8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Forventede leverancer: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63EE003C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-1584053839"/>
              <w:placeholder>
                <w:docPart w:val="F0FA27F8065E43B68485D84B31018814"/>
              </w:placeholder>
              <w:text/>
            </w:sdtPr>
            <w:sdtContent>
              <w:p w14:paraId="280C8664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[Beskriv, hvad projektet konkret forventer at have gennemført eller udarbejdet.]</w:t>
                </w:r>
              </w:p>
            </w:sdtContent>
          </w:sdt>
          <w:p w14:paraId="038C7350" w14:textId="77777777" w:rsidR="00297A19" w:rsidRPr="00FC787E" w:rsidRDefault="00297A19" w:rsidP="00DC7AA1">
            <w:pPr>
              <w:spacing w:after="0"/>
            </w:pPr>
          </w:p>
          <w:p w14:paraId="3E307464" w14:textId="77777777" w:rsidR="00297A19" w:rsidRPr="00FC787E" w:rsidRDefault="00297A19" w:rsidP="00DC7AA1">
            <w:pPr>
              <w:spacing w:after="0"/>
            </w:pPr>
          </w:p>
        </w:tc>
      </w:tr>
    </w:tbl>
    <w:p w14:paraId="3C8BEAD1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Succeskriterier: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00F94E3D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2082414015"/>
              <w:placeholder>
                <w:docPart w:val="F0FA27F8065E43B68485D84B31018814"/>
              </w:placeholder>
              <w:text/>
            </w:sdtPr>
            <w:sdtContent>
              <w:p w14:paraId="5EBC38C7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[Beskriv, hvornår milepælen kan betragtes som nået tilfredsstillende.]</w:t>
                </w:r>
              </w:p>
            </w:sdtContent>
          </w:sdt>
          <w:p w14:paraId="75DB16DC" w14:textId="77777777" w:rsidR="00297A19" w:rsidRPr="00FC787E" w:rsidRDefault="00297A19" w:rsidP="00DC7AA1">
            <w:pPr>
              <w:spacing w:after="0"/>
            </w:pPr>
          </w:p>
          <w:p w14:paraId="7108FDB0" w14:textId="77777777" w:rsidR="00297A19" w:rsidRPr="00FC787E" w:rsidRDefault="00297A19" w:rsidP="00DC7AA1">
            <w:pPr>
              <w:spacing w:after="0"/>
            </w:pPr>
          </w:p>
        </w:tc>
      </w:tr>
    </w:tbl>
    <w:p w14:paraId="773B3307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Bidrag til projektets hovedresultater: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1686B278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1831483253"/>
              <w:placeholder>
                <w:docPart w:val="F0FA27F8065E43B68485D84B31018814"/>
              </w:placeholder>
              <w:text/>
            </w:sdtPr>
            <w:sdtContent>
              <w:p w14:paraId="35218E94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[Angiv, hvilket eller hvilke af projektets forventede hovedresultater milepælen bidrager til.]</w:t>
                </w:r>
              </w:p>
            </w:sdtContent>
          </w:sdt>
          <w:p w14:paraId="63678C85" w14:textId="77777777" w:rsidR="00297A19" w:rsidRPr="00FC787E" w:rsidRDefault="00297A19" w:rsidP="00DC7AA1">
            <w:pPr>
              <w:spacing w:after="0"/>
            </w:pPr>
          </w:p>
        </w:tc>
      </w:tr>
    </w:tbl>
    <w:p w14:paraId="48796B80" w14:textId="77777777" w:rsidR="00297A19" w:rsidRPr="00FC787E" w:rsidRDefault="00297A19" w:rsidP="00297A19">
      <w:pPr>
        <w:spacing w:before="80" w:after="60"/>
      </w:pPr>
      <w:r w:rsidRPr="00FC787E">
        <w:rPr>
          <w:b/>
        </w:rPr>
        <w:t>Grundlag for opfølgning:</w:t>
      </w:r>
    </w:p>
    <w:tbl>
      <w:tblPr>
        <w:tblW w:w="0" w:type="auto"/>
        <w:jc w:val="center"/>
        <w:tblBorders>
          <w:top w:val="single" w:sz="10" w:space="0" w:color="17365D"/>
          <w:left w:val="single" w:sz="10" w:space="0" w:color="17365D"/>
          <w:bottom w:val="single" w:sz="10" w:space="0" w:color="17365D"/>
          <w:right w:val="single" w:sz="10" w:space="0" w:color="17365D"/>
          <w:insideH w:val="single" w:sz="10" w:space="0" w:color="17365D"/>
          <w:insideV w:val="single" w:sz="10" w:space="0" w:color="17365D"/>
        </w:tblBorders>
        <w:tblLook w:val="04A0" w:firstRow="1" w:lastRow="0" w:firstColumn="1" w:lastColumn="0" w:noHBand="0" w:noVBand="1"/>
      </w:tblPr>
      <w:tblGrid>
        <w:gridCol w:w="9272"/>
      </w:tblGrid>
      <w:tr w:rsidR="00297A19" w:rsidRPr="00FC787E" w14:paraId="7B4D1AE7" w14:textId="77777777" w:rsidTr="00DC7AA1">
        <w:trPr>
          <w:jc w:val="center"/>
        </w:trPr>
        <w:tc>
          <w:tcPr>
            <w:tcW w:w="9298" w:type="dxa"/>
            <w:tcMar>
              <w:top w:w="160" w:type="dxa"/>
              <w:left w:w="180" w:type="dxa"/>
              <w:bottom w:w="160" w:type="dxa"/>
              <w:right w:w="180" w:type="dxa"/>
            </w:tcMar>
          </w:tcPr>
          <w:sdt>
            <w:sdtPr>
              <w:rPr>
                <w:i/>
                <w:color w:val="595959"/>
              </w:rPr>
              <w:id w:val="-471754253"/>
              <w:placeholder>
                <w:docPart w:val="F0FA27F8065E43B68485D84B31018814"/>
              </w:placeholder>
              <w:text/>
            </w:sdtPr>
            <w:sdtContent>
              <w:p w14:paraId="751DF965" w14:textId="77777777" w:rsidR="00297A19" w:rsidRPr="00FC787E" w:rsidRDefault="00297A19" w:rsidP="00DC7AA1">
                <w:pPr>
                  <w:spacing w:after="0"/>
                </w:pPr>
                <w:r w:rsidRPr="00FC787E">
                  <w:rPr>
                    <w:i/>
                    <w:color w:val="595959"/>
                  </w:rPr>
                  <w:t>[Angiv kort, hvilken dokumentation eller hvilke oplysninger og materialer der senere kan anvendes til at følge op på, om milepælen og succeskriterierne er nået.]</w:t>
                </w:r>
              </w:p>
            </w:sdtContent>
          </w:sdt>
          <w:p w14:paraId="19F5871D" w14:textId="77777777" w:rsidR="00297A19" w:rsidRPr="00FC787E" w:rsidRDefault="00297A19" w:rsidP="00DC7AA1">
            <w:pPr>
              <w:spacing w:after="0"/>
            </w:pPr>
          </w:p>
        </w:tc>
      </w:tr>
    </w:tbl>
    <w:p w14:paraId="24B8D92D" w14:textId="71923BB5" w:rsidR="00FC787E" w:rsidRPr="00FC787E" w:rsidRDefault="00FC787E" w:rsidP="00297A19"/>
    <w:sectPr w:rsidR="00FC787E" w:rsidRPr="00FC787E" w:rsidSect="00034616">
      <w:footerReference w:type="default" r:id="rId8"/>
      <w:pgSz w:w="11906" w:h="16838"/>
      <w:pgMar w:top="1134" w:right="1304" w:bottom="1134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327B6" w14:textId="77777777" w:rsidR="00EA22A8" w:rsidRDefault="00EA22A8">
      <w:pPr>
        <w:spacing w:after="0" w:line="240" w:lineRule="auto"/>
      </w:pPr>
      <w:r>
        <w:separator/>
      </w:r>
    </w:p>
  </w:endnote>
  <w:endnote w:type="continuationSeparator" w:id="0">
    <w:p w14:paraId="2F7650B3" w14:textId="77777777" w:rsidR="00EA22A8" w:rsidRDefault="00EA2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5913140"/>
      <w:docPartObj>
        <w:docPartGallery w:val="Page Numbers (Bottom of Page)"/>
        <w:docPartUnique/>
      </w:docPartObj>
    </w:sdtPr>
    <w:sdtEndPr/>
    <w:sdtContent>
      <w:p w14:paraId="093C2CB7" w14:textId="4E9320CE" w:rsidR="0020737B" w:rsidRDefault="0020737B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9BFEC6" w14:textId="20BCE223" w:rsidR="00AA0EBF" w:rsidRDefault="00AA0EBF">
    <w:pPr>
      <w:pStyle w:val="Sidefo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C2CDE" w14:textId="77777777" w:rsidR="00EA22A8" w:rsidRDefault="00EA22A8">
      <w:pPr>
        <w:spacing w:after="0" w:line="240" w:lineRule="auto"/>
      </w:pPr>
      <w:r>
        <w:separator/>
      </w:r>
    </w:p>
  </w:footnote>
  <w:footnote w:type="continuationSeparator" w:id="0">
    <w:p w14:paraId="5892A7F3" w14:textId="77777777" w:rsidR="00EA22A8" w:rsidRDefault="00EA2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8238257">
    <w:abstractNumId w:val="8"/>
  </w:num>
  <w:num w:numId="2" w16cid:durableId="924805905">
    <w:abstractNumId w:val="6"/>
  </w:num>
  <w:num w:numId="3" w16cid:durableId="712002668">
    <w:abstractNumId w:val="5"/>
  </w:num>
  <w:num w:numId="4" w16cid:durableId="1274558373">
    <w:abstractNumId w:val="4"/>
  </w:num>
  <w:num w:numId="5" w16cid:durableId="457383449">
    <w:abstractNumId w:val="7"/>
  </w:num>
  <w:num w:numId="6" w16cid:durableId="1554734162">
    <w:abstractNumId w:val="3"/>
  </w:num>
  <w:num w:numId="7" w16cid:durableId="636181369">
    <w:abstractNumId w:val="2"/>
  </w:num>
  <w:num w:numId="8" w16cid:durableId="213734033">
    <w:abstractNumId w:val="1"/>
  </w:num>
  <w:num w:numId="9" w16cid:durableId="1777825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6CE9"/>
    <w:rsid w:val="00174344"/>
    <w:rsid w:val="0020737B"/>
    <w:rsid w:val="0029639D"/>
    <w:rsid w:val="002964D9"/>
    <w:rsid w:val="00297A19"/>
    <w:rsid w:val="00326F90"/>
    <w:rsid w:val="00AA0EBF"/>
    <w:rsid w:val="00AA1D8D"/>
    <w:rsid w:val="00B47730"/>
    <w:rsid w:val="00BC4298"/>
    <w:rsid w:val="00CB0664"/>
    <w:rsid w:val="00CC2A8C"/>
    <w:rsid w:val="00EA22A8"/>
    <w:rsid w:val="00FC693F"/>
    <w:rsid w:val="00FC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0CB7F1"/>
  <w14:defaultImageDpi w14:val="330"/>
  <w15:docId w15:val="{1B472462-573D-40E3-A55B-7CC287E87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eastAsia="Arial" w:hAnsi="Arial"/>
      <w:color w:val="000000"/>
      <w:sz w:val="20"/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18BF"/>
  </w:style>
  <w:style w:type="paragraph" w:styleId="Sidefod">
    <w:name w:val="footer"/>
    <w:basedOn w:val="Normal"/>
    <w:link w:val="Sidefo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18BF"/>
  </w:style>
  <w:style w:type="paragraph" w:styleId="Ing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Normal"/>
    <w:next w:val="Normal"/>
    <w:link w:val="Ti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fsni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Opstilling-punkttegn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Opstilling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Tegn"/>
    <w:uiPriority w:val="29"/>
    <w:qFormat/>
    <w:rsid w:val="00FC693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k">
    <w:name w:val="Strong"/>
    <w:basedOn w:val="Standardskrifttypeiafsnit"/>
    <w:uiPriority w:val="22"/>
    <w:qFormat/>
    <w:rsid w:val="00FC693F"/>
    <w:rPr>
      <w:b/>
      <w:bCs/>
    </w:rPr>
  </w:style>
  <w:style w:type="character" w:styleId="Fremhv">
    <w:name w:val="Emphasis"/>
    <w:basedOn w:val="Standardskrifttypeiafsnit"/>
    <w:uiPriority w:val="20"/>
    <w:qFormat/>
    <w:rsid w:val="00FC693F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693F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FC693F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FC69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FC69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FC693F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-Gitter">
    <w:name w:val="Table Grid"/>
    <w:basedOn w:val="Tabel-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">
    <w:name w:val="Light Shading"/>
    <w:basedOn w:val="Tabel-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gitter">
    <w:name w:val="Light Grid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kygge1">
    <w:name w:val="Medium Shading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dsholdertekst">
    <w:name w:val="Placeholder Text"/>
    <w:basedOn w:val="Standardskrifttypeiafsnit"/>
    <w:uiPriority w:val="99"/>
    <w:semiHidden/>
    <w:rsid w:val="00297A1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43B6E7D-815D-496D-9C0E-8181BF54EDF6}"/>
      </w:docPartPr>
      <w:docPartBody>
        <w:p w:rsidR="00D4554A" w:rsidRDefault="00D4554A">
          <w:r w:rsidRPr="00D925BF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DefaultPlaceholder_-18540134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4FE5A5C-5045-418E-9136-0AAA3A08B32A}"/>
      </w:docPartPr>
      <w:docPartBody>
        <w:p w:rsidR="00D4554A" w:rsidRDefault="00D4554A">
          <w:r w:rsidRPr="00D925BF">
            <w:rPr>
              <w:rStyle w:val="Pladsholdertekst"/>
            </w:rPr>
            <w:t>Klik eller tryk for at angive en dato.</w:t>
          </w:r>
        </w:p>
      </w:docPartBody>
    </w:docPart>
    <w:docPart>
      <w:docPartPr>
        <w:name w:val="0FEEAA03349E4E3FB066BC07AEF408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DA6DFE-13E3-4484-B4A2-B30BECF9E67E}"/>
      </w:docPartPr>
      <w:docPartBody>
        <w:p w:rsidR="00D4554A" w:rsidRDefault="00D4554A" w:rsidP="00D4554A">
          <w:pPr>
            <w:pStyle w:val="0FEEAA03349E4E3FB066BC07AEF4080B"/>
          </w:pPr>
          <w:r w:rsidRPr="00D925BF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821E70A584E94539A78089891476C30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DFB3121-47CF-4CD4-B46F-27F194551075}"/>
      </w:docPartPr>
      <w:docPartBody>
        <w:p w:rsidR="00D4554A" w:rsidRDefault="00D4554A" w:rsidP="00D4554A">
          <w:pPr>
            <w:pStyle w:val="821E70A584E94539A78089891476C306"/>
          </w:pPr>
          <w:r w:rsidRPr="00D925BF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20CF402E643B4B6B81D50C7754C8F8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C3AC6CF-B149-4E43-A582-F267F59FFC84}"/>
      </w:docPartPr>
      <w:docPartBody>
        <w:p w:rsidR="00D4554A" w:rsidRDefault="00D4554A" w:rsidP="00D4554A">
          <w:pPr>
            <w:pStyle w:val="20CF402E643B4B6B81D50C7754C8F88E"/>
          </w:pPr>
          <w:r w:rsidRPr="00D925BF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BA88CD6BA6DE48ADB1D5AD4DB8C151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8F48C9E-FE2D-4EED-BBA4-8E1AE94D1043}"/>
      </w:docPartPr>
      <w:docPartBody>
        <w:p w:rsidR="00D4554A" w:rsidRDefault="00D4554A" w:rsidP="00D4554A">
          <w:pPr>
            <w:pStyle w:val="BA88CD6BA6DE48ADB1D5AD4DB8C151DB"/>
          </w:pPr>
          <w:r w:rsidRPr="00D925BF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F0FA27F8065E43B68485D84B3101881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B2F61F-14F7-43EB-AC24-DC454411AE00}"/>
      </w:docPartPr>
      <w:docPartBody>
        <w:p w:rsidR="00D4554A" w:rsidRDefault="00D4554A" w:rsidP="00D4554A">
          <w:pPr>
            <w:pStyle w:val="F0FA27F8065E43B68485D84B31018814"/>
          </w:pPr>
          <w:r w:rsidRPr="00D925BF">
            <w:rPr>
              <w:rStyle w:val="Pladsholdertekst"/>
            </w:rPr>
            <w:t>Klik eller tryk her for at skrive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54A"/>
    <w:rsid w:val="00BC4298"/>
    <w:rsid w:val="00D4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da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D4554A"/>
    <w:rPr>
      <w:color w:val="666666"/>
    </w:rPr>
  </w:style>
  <w:style w:type="paragraph" w:customStyle="1" w:styleId="0FEEAA03349E4E3FB066BC07AEF4080B">
    <w:name w:val="0FEEAA03349E4E3FB066BC07AEF4080B"/>
    <w:rsid w:val="00D4554A"/>
  </w:style>
  <w:style w:type="paragraph" w:customStyle="1" w:styleId="821E70A584E94539A78089891476C306">
    <w:name w:val="821E70A584E94539A78089891476C306"/>
    <w:rsid w:val="00D4554A"/>
  </w:style>
  <w:style w:type="paragraph" w:customStyle="1" w:styleId="20CF402E643B4B6B81D50C7754C8F88E">
    <w:name w:val="20CF402E643B4B6B81D50C7754C8F88E"/>
    <w:rsid w:val="00D4554A"/>
  </w:style>
  <w:style w:type="paragraph" w:customStyle="1" w:styleId="BA88CD6BA6DE48ADB1D5AD4DB8C151DB">
    <w:name w:val="BA88CD6BA6DE48ADB1D5AD4DB8C151DB"/>
    <w:rsid w:val="00D4554A"/>
  </w:style>
  <w:style w:type="paragraph" w:customStyle="1" w:styleId="F0FA27F8065E43B68485D84B31018814">
    <w:name w:val="F0FA27F8065E43B68485D84B31018814"/>
    <w:rsid w:val="00D455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775</Words>
  <Characters>5474</Characters>
  <Application>Microsoft Office Word</Application>
  <DocSecurity>4</DocSecurity>
  <Lines>218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Lærke Maria Rasmussen Blak</cp:lastModifiedBy>
  <cp:revision>2</cp:revision>
  <dcterms:created xsi:type="dcterms:W3CDTF">2026-07-29T10:42:00Z</dcterms:created>
  <dcterms:modified xsi:type="dcterms:W3CDTF">2026-07-29T10:42:00Z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</Properties>
</file>